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פתיחה: מקראה זה לא הכול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יחידת הפתיחה · ספרות לכיתה ז׳ – מסע ביצירות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1–ד · 2–ב · 3–א · 4–ה · 5–ג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תשובות פתוחות: לבדוק התאמה ונימוק מן היצירות.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1) תשובה אישית מנומקת | 2) תשובה אישית מנומקת | 3) תשובה אישית מנומקת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שם הספר, קהל מתאים, נימוק אחד לפחות, בלי לגלות את הסוף.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פתיחה: מקראה זה לא הכול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יחידת הפתיחה · 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מה הופך אותנו לקוראים וקוראות לכל החיים? — לפני שיוצאים למסע ביצירות, עוצרים לרגע ושואלים: מה אנחנו אוהבים לקרוא? איפה, מתי ואיך? המקראה הכיתתית היא רק תחנה אחת. ספרים מהספרייה, סיפורים שסבתא או אבא מספרים, שירים, קומיקס, יומנים ומכתבים – כל אלה הם ספרות. ביחידה הזאת כל אחד ואחת בונים זהות של קורא וקוראת.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התאימו כל פעילות לתיאור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פעילות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מה עושים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תעודת זהות של קורא/ת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פתחו יומן: אחרי כל יצירה כתבו משפט אחד שנשאר לכם בראש, שאלה אחת, ומילה אחת חדשה.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מפת הקריאה המשפחתית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שאלו מישהו מהבית או מהסביבה הקרובה: איזה סיפור או שיר ליווה אותך בילדות? רשמו וספרו בכיתה – כל משפחה וכל בית מביאים אוצר אחר.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יומן מסע קריאה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כתבו כרטיס המלצה קצר על ספר שאהבתם ותלו אותו על לוח ההמלצות הכיתתי.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מהספרייה לכיתה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מלאו: הספר הראשון שאני זוכר/ת, ספר שהצחיק אותי, ספר שהייתי רוצה לקרוא שוב, המקום האהוב עליי לקריאה.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המלצה בכרטיס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בחרו ספר מחוץ למקראה, והציגו אותו בשתי דקות: למי הוא מתאים, מה הרגע הכי מפתיע בו (בלי ספוילרים!).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תעודת זהות של קורא/ת: מלאו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שאלה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התשובה שלי</w:t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הספר הראשון שאני זוכר/ת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ספר שהצחיק אותי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ספר שהייתי רוצה לקרוא שוב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המקום האהוב עליי לקריאה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ענו על השאלות.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לדעתכם אנשים מספרים סיפורים כבר אלפי שנים?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ההבדל בין לקרוא סיפור לבין לשמוע אותו?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איזה סוג יצירה הכי קרוב ללב שלכם – סיפור, שיר, יומן או סיפור עם? למה?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4.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כרטיס המלצה: כתבו המלצה קצרה על ספר שאהבתם – למי הוא מתאים ומה מיוחד בו (בלי ספוילרים!).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פתיחה: מקראה זה לא הכול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הופך אותי לקורא/ת?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ספר שאני רוצה לקרוא השנה: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